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בחקר ההיסטוריה ולהבדיל בין מקור ראשוני למשני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מאות ולסדר אירועים על ציר זמן לפי לפנה״ס/לספירה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ראשית הנצרות, התפשטותה והיחסים עם האימפריה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מבנה החברה הפיאודלית ואת תפקידי הכנסייה והאבירים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מבוא להיסטוריה: מקורות וכלי עבודה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חקר העבר של בני האדם בעזרת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מקור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מקור משני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מבוא להיסטוריה: מקורות וכלי עבודה – יישום: מיון מקורות ומאות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מקור ראשוני נוצר בזמן האירוע או בידי מי שהיה עד 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מוחקים את שתי הספרות האחרונות ומוסיפים 1: 10+1=11.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מבוא להיסטוריה: מקורות וכלי עבודה – חשיבה: ניתוח מקורות ועבודת ההיסטוריון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 שאלת מחקר, אוספים מקורות, בודקים כל מקור (מי כתב, מתי, למה), משווים בין המקורות, ולבסוף מפרשים ומסיקים מסקנות ומציגים אותן.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ציר זמן, ספירת שנים ומאות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אחרי שנת 1 לפנה״ס מגיעה ישירות שנת 1 לספירה.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מאה בציר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בלפנה״ס סופרים לאחור, לכן 500 לפנה״ס מוקדם מ-100 לפנה״ס.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 זמן, ספירת שנים ומאות – חישוב 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 זמן, ספירת שנים ומאות – סידור וניתוח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 מילאנו ב-313 קדם לנפילת רומא ב-476, כי 313 קטן מ-476 בספירה.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ראשית הנצרות והתפשטותה – שאלות ידע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מהגליל שהטיף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המושל הרומי פונטיוס פילטוס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12 תלמידיו של ישו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ראשית הנצרות והתפשטותה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פאולוס הפיץ את האמונה גם בקרב מי שלא היו יהודים.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קונסטנטינוס הוציא את הצו ב-313.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ראשית הנצרות והתפשטותה – מילוי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תאודוסיוס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ראשית הנצרות והתפשטותה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(יהודי מהגליל שהוצא להורג בצליבה)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(הפיץ את הנצרות גם בקרב לא-יהודים)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(12 תלמידיו של ישו)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(313 – חופש פולחן לנוצרים)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ימי הביניים: פיאודליזם וחברה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שיטה חברתית-כלכלית המבוססת על אדמה תמורת נאמנות ושירות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אדון שמעניק אדמה ומבטיח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לשבוע שבועת אמונים ולשרת אותו, בעיקר צבאית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ימי הביניים: פיאודליזם וחברה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הקשר ביניהם בשיטה הפיאודלית.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הצמיתים היו קשורים לאדמה ולא יכלו לעזוב בלי רשות.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ימי הביניים: פיאודליזם וחברה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פיאוד/אחוזה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ימי הביניים: פיאודליזם וחברה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(אדון שמעניק אדמה והגנה)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(נשבע אמונים ומשרת את הסניור)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(עובד את אדמת האדון, קשור אליה)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(לוחם רכוב לפי קוד האבירות)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כוחה של הכנסייה ואבירים וערים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אפיפיור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כוחה של הכנסייה ואבירים וערים –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נוצרית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כוחה של הכנסייה ואבירים וערים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(לוחם רכוב שפעל לפי קוד האבירות)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(השלב הראשון בדרך להפוך לאביר)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(השלב שלפני האבירות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(ארגון של בעלי מקצוע בעיר)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כוחה של הכנסייה ואבירים וערים – תוכן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נאמנות, אומץ והגנה על החלשים והכנסייה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וסימולציית מבחן – שליפה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לחקור את העבר בעזרת מקורות ולפרש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המאה ה-11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האפיפיור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מסכמת וסימולציית מבחן – יישום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הברית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 הגדרה מדויקת ודוגמה מהחומר (למשל יומן מול ספר לימוד)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תראה שימוש נכון בכלל האצבע למאות ובסדר כרונולוגי נכון של אירועים כמו 476, 800, 1054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לפחות שלוש שכבות בפירמידה (מלך, אצילים/אבירים, איכרים) ותפקיד אחד של הכנסייה כמו גביית מעשר או חרם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– פרקים 1-2, 3, 4-5 – ופרק 6 כחזרה לפני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מכרטיסי המושגים לפני מילוי הפרקים הכתובים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לשלב מילון מושגים בשפת האם לצד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כל פרק במשחק מתאים מהאתר כדי לחזק את הלמידה בצורה פעילה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על פי סדר הפרקים – כל פרק מתאים לחלק אחר מהחומר. ענו תחילה לבד, ואז בדקו מול דפי הסיכום. בסוף כל פרק יש שאלות קצרות לבדיקה עצמית.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הברית החדשה  ·  5  ·  צמיתים  ·  נוצרית  ·  1  ·  476  ·  פיאוד/אחוזה  ·  313  ·  מעשר  ·  צמית  ·  תאודוסיוס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מבוא להיסטוריה: מקורות וכלי עבודה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חקר העבר של בני האדם בעזרת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ניחוש על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אוסף סיפורים דמיוניים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מקור שנוצר בזמן האירוע, או בידי מי שהיה עד לו,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מקור משני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מקור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אגדה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מקור שנכתב מאוחר יותר, על סמך מקורות אחרים,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מקור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מקור משני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ממצא ארכאולוגי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מבוא להיסטוריה: מקורות וכלי עבודה – יישום: מיון מקורות ומאות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 ראשוני נוצר תמיד שנים רבות אחרי האירוע.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השנה 1096 שייכת למאה ה-11.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מבוא להיסטוריה: מקורות וכלי עבודה – חשיבה: ניתוח מקורות ועבודת ההיסטוריון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בקצרה את עבודת ההיסטוריון או ההיסטוריונית, לפי השלבים שנלמדו.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ציר זמן, ספירת שנים ומאות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אין שנת 0 בין לפנה״ס לספירה.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מאה היא תקופה של 100 שנים.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שהמספר לפני הספירה גדול יותר, כך האירוע מוקדם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ציר זמן, ספירת שנים ומאות – חישוב 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כלל לחישוב מאה: מוחקים את שתי הספרות האחרונות ומוסיפים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השנה 476 (נפילת רומא המערבית) שייכת למאה ה-__________.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ציר זמן, ספירת שנים ומאות – סידור וניתוח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קדם למה: צו מילאנו (313) או נפילת רומא המערבית (476)?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ראשית הנצרות והתפשטותה – שאלות ידע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היה ישו?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קיסר 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מהגליל שהטיף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אפיפיור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הוציא את ישו להורג בצליבה?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קונסטנטינוס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המושל הרומי פונטיוס פילטוס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היו השליחים?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 תלמידיו של ישו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קבוצת קיסרים רומים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אבירים נוצרים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ראשית הנצרות והתפשטותה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פאולוס הפיץ את הנצרות רק בקרב 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מילאנו משנת 313 העניק לנוצרים חופש פולחן.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ראשית הנצרות והתפשטותה – מילוי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קונסטנטינוס הוציא את צו מילאנו בשנת __________ לספירה.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הקיסר __________ הפך את הנצרות לדת הרשמית של האימפריה בשנת 380.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ראשית הנצרות והתפשטותה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313 – חופש פולחן לנוצרים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פאולוס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12 תלמידיו של ישו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השליחים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יהודי מהגליל שהוצא להורג בצליבה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 מילאנו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הפיץ את הנצרות גם בקרב לא-יהודים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ימי הביניים: פיאודליזם וחברה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פיאודליזם?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שיטת ממשל דמוקרטית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שיטה חברתית-כלכלית המבוססת על אדמה תמורת נאמנות ושירות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דת חדשה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הוא הסניור?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איכר שעובד את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אדון שמעניק אדמה ומבטיח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לוחם רכוב על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ווסל מתחייב לעשות כלפי הסניור?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לשלם מעשר לכנסייה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להילחם נגד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לשבוע שבועת אמונים ולשרת אותו, בעיקר צבאית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ימי הביניים: פיאודליזם וחברה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הווסל נשבע שבועת אמונים לסניור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צמיתים יכלו לעזוב את האדמה מתי שרצו, בלי רשות.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ימי הביניים: פיאודליזם וחברה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הסניור מעניק __________ (אדמה) לווסל תמורת נאמנות ושירות.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עובדים את אדמת האדון, משלמים בתוצרת ובעבודה.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ימי הביניים: פיאודליזם וחברה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סניור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עובד את אדמת האדון, קשור אליה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ווסל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לוחם רכוב לפי קוד האבירות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אדון שמעניק אדמה והגנה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נשבע אמונים ומשרת את הסניור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כוחה של הכנסייה ואבירים וערים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עמד בראש הכנסייה הקתולית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דוכס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כוחה של הכנסייה ואבירים וערים –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הכנסייה גבתה מהאיכרים __________ – עשירית מהתוצרת.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חרם (נידוי) היה הוצאה מהאדם מהקהילה ה__________ ונחשב עונש חמור מאוד.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כוחה של הכנסייה ואבירים וערים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ארגון של בעלי מקצוע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נער משרת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השלב שלפני האבירות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נושא 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השלב הראשון בדרך להפוך לאביר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לוחם רכוב שפעל לפי קוד האבירות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כוחה של הכנסייה ואבירים וערים – תוכן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קוד האבירות כלל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נאמנות, אומץ והגנה על החלשים והכנסייה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עושר ומסחר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בניית טירות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חזרה מסכמת וסימולציית מבחן – שליפה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התפקיד העיקרי של היסטוריון/ית?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חוקים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לחקור את העבר בעזרת מקורות ולפרש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לנבא את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מאה נמצאת השנה 1096 (מסע הצלב הראשון)?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המאה ה-9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המאה ה-10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המאה ה-11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עמד בראש הכנסייה הקתולית?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האביר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חזרה מסכמת וסימולציית מבחן – יישום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איכר הקשור לאדמה, עובד אותה ואינו רשאי לעזוב בלי רשות.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__________ הודח הקיסר הרומי האחרון במערב בידי מפקד גרמאני.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ספר הקודש הנוצרי, ובו הבשורות על חיי ישו והאיגרות.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את ההבדל בין מקור ראשוני למקור משני ולתת דוגמה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לחשב לאיזו מאה שייכת שנה נתונה ולסדר אירועים על ציר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מבוא להיסטוריה,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